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גלובליזציה, תרבות וחברה – עולמקומיות (גלוקליות)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המושגים האחדה תרבותית, עולמקומיות ובידול מרחבי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לתהליכים אלה במרחב ובעיר המודרנית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המתח בין גלובלי למקומי ולהביע עמדה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שילוב של תרבות גלובלית עם התאמה מקומית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תהליך שבו תרבויות נעשות דומות זו לזו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שני התהליכים קורים במקביל - גם האחדה וגם חיזוק ייחוד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בקריאה - התהליך היום רב-כיווני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עולמקומיות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האחדה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אמריקניזציה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מושג ודוגמה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(אותם סרטים ומותגים בכל העולם)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(המבורגר כשר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(רובע אתני עם מבני דת ייחודיים)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(השם הישן של התהליך לפני שהיה רב-כיווני)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החשיבה על דילמת השכונה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שכונה ותיקה עם אופי מיוחד קיימת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נפתחים בה סניפים של רשתות גדולות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מחירי הדיור בשכונה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חלק מהתושבים הוותיקים עוזבים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טובה: האחדה - תרבויות נעשות דומות (למשל אותם סרטים); עולמקומיות - שילוב בין גלובלי למקומי (למשל מאכל מותאם)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שילוב בין תרבות גלובלית להתאמה מקומית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רובע אתני, מרכז קניות ייעודי או מבנה דת של 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דרך שכונות ייחודיות לצד מותגים ותרבות עולמית באותה 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מוכרת לתלמידים - רשת מזון שמתאימה תפריט למדינות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הדילמה כדאי לעודד תלמידים לנמק כל עמדה בדוגמה מהסביבה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השאלון הכיתתי אפשר לבצע כעבודה קבוצתית לפני השיעור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גלובליזציה, תרבות וחברה – עולמקומיות (גלוקליות)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הגלובליזציה יוצרת תופעות מנוגדות: מצד אחד תרבות אחידה המשותפת לכל העולם, ומצד שני חיזוק של ייחוד מקומי. בדף זה נתרגל את המושגים המרכזיים שמסבירים את המתח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האחדה  ·  עולמקומיות  ·  אמריקניזציה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עולמקומיות (גלוקליות)?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ביטול כל התרבויות המקומיות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שילוב של תרבות גלובלית עם התאמה מקומית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מדינה ללא גבולות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האחדה תרבותית?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תהליך שבו תרבויות נעשות דומות זו לזו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תהליך שבו מדינות נפרדות זו מזו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שמירה על מסורת מקומית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הגלובליזציה גורמת רק להאחדה תרבותית, ללא חיזוק של ייחוד מקומי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קיי-פופ מקוריאה ואנימה מיפן הם דוגמאות להפצת תרבות מכיוונים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המושג __________ מתאר שילוב בין תרבות גלובלית להתאמה מקומית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תהליך שבו תרבויות שונות נעשות דומות זו לזו נקרא __________ תרבותית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השם הישן לתהליך התפשטות תרבות אמריקאית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מושג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האחדה תרבותית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המבורגר כשר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עולמקומיות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השם הישן של התהליך לפני שהיה רב-כיווני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בידול מרחבי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אותם סרטים ומותגים בכל העולם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אמריקניזציה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רובע אתני עם מבני דת ייחודיים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החשיבה על דילמת השכונה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מחירי הדיור בשכונה עולים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חלק מהתושבים הוותיקים עוזבים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שכונה ותיקה עם אופי מיוחד קיימת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נפתחים בה סניפים של רשתות גדולות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במשפט משלכם את ההבדל בין האחדה תרבותית לעולמקומיות, והביאו דוגמה אחת לכל מושג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עולמקומיות (גלוקליות)?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לבידול מרחבי בעיר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גלובליזציה, תרבות וחברה – עולמקומיות (גלוקליות)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