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האחדה תרבותית, עולמקומיות ובידול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לתהליכים אלה במרחב ובעיר המודרנית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גלובלי למקומי ולהביע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תרבות גלובלית עם התאמה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תהליך שבו תרבויות נעשות דומות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רשת המבורגרים שמתאימה את התפריט לכל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רובעים אתניים ומבני דת של 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רב-כיוונית, מכל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 התהליכים קורים במקביל - גם האחדה וגם חיזוק 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בקריאה - התהליך היום רב-כיווני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מתאימה את עצמה - למשל בלי בקר בהודו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בקריאה לגבי רובעים אתניים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עולמקומיות היא שילוב, לא ביטול הייחוד המקומי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אמריקניזציה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(אותם סרטים ומותגים בכל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(המבורגר כשר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(רובע אתני עם מבני דת ייחודיים)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(השם הישן של התהליך לפני שהיה רב-כיווני)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(מותגים ומאכלים פופולריים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החשיבה על דילמת השכונה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ותיקה עם אופי מיוחד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נפתחים בה סניפים של רשתות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מחירי הדיור בשכונה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 מהתושבים הוותיקים עוזבים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נוצר ויכוח האם השינוי ברכה או אובדן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האחדה - תרבויות נעשות דומות (למשל אותם סרטים); עולמקומיות - שילוב בין גלובלי למקומי (למשל מאכל מותאם)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טיעון לכל צד עם דוגמה מרחבית (שפה, לבוש, מזון, רובע) ועמדה אישית מנומקת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רובע אתני, מרכז קניות ייעודי או מבנה דת של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 שכונות ייחודיות לצד מותגים ותרבות עולמית באותה 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מוכרת לתלמידים - רשת מזון שמתאימה תפריט למדינות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כדאי לעודד תלמידים לנמק כל עמדה בדוגמה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השאלון הכיתתי אפשר לבצע כעבודה קבוצתית לפני השיעור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גורמת לדברים מנוגדים: גם תרבות דומה בכל העולם, וגם חיזוק של דברים מקומיים וייחודיים. נלמד על זה במילים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- כלכלה, תרבות ומידע עוברים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האחדה תרבותית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תרבויות שונות נעשות דומות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עולמקומיות (גלוקליות)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תרבות גלובלית להתאמה מקומית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בידול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הפרדה במרחב לפי קבוצות תרבותיות או דתיות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אמריקניזציה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הישן לתהליך התפשטות תרבות אמריקאית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רובע אתני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שכונה שבה מתגוררת קבוצה בעלת תרבות או דת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 צריכה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הרגלי קנייה וצריכה המשותפים לקבוצת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גלוקליות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התרבויות המקומיות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תרבות גלובלית עם התאמה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ללא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הארץ בלי אוקיינוסים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כשתרבויות הופכות דומות?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תרבויות נעשות דומות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מדינות נפרדות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 על מסורת מקומית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כל הגבולות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דוגמה על אוכל מופיעה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המבורגרים שמתאימה את התפריט לכל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שמוקרן באותה צורה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שמושר רק בשפה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אחיד לכל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בידול מרחבי נראה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מחיקת כל השכונות הייחודיות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רובעים אתניים ומבני דת של קהילות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העברת כל התושבים לשכונה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כל מרכזי הקניות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מגיעה תרבות פופולרית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רב-כיוונית, מכל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קיימת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קשורה רק לישראל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הגלובליזציה גורמת רק להאחדה תרבותית, ללא חיזוק של ייחוד 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קיי-פופ מקוריאה ואנימה מיפן הם דוגמאות להפצת תרבות מכיוונים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המבורגרים המוזכרת מגישה בכל מדינה בדיוק את אותו תפריט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בידול מרחבי יכול להתבטא במבני דת ייחודיים לקהילות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עולמקומיות פירושה שהעולם כולו הופך לכפר אחד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המושג __________ מתאר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תרבויות שונות נעשות דומות זו לזו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השם הישן לתהליך התפשטות תרבות אמריקאית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הפרדה במרחב לפי קבוצות תרבותיות נקראת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שכונה שבה מתגוררת קבוצה בעלת תרבות משותפת נקראת רובע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האחדה תרבותית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השם הישן של התהליך לפני שהיה רב-כיווני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מותגים ומאכלים פופולריים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בידול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המבורגר כשר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אמריקניזציה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רובע אתני עם מבני דת ייחודיים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 צריכה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אותם סרטים ומותגים בכל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החשיבה על דילמת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נפתחים בה סניפים של רשתות גדולות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מחירי הדיור בשכונה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שכונה ותיקה עם אופי מיוחד קיימת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ויכוח האם השינוי ברכה או אובדן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מהתושבים הוותיקים עוזבים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משלכם את ההבדל בין האחדה תרבותית לעולמקומיות, והביאו דוגמה אחת לכל מושג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טיעונים מנוגדים: האם הגלובליזציה מובילה להאחדה מוחלטת או דווקא מחזקת ייחוד מקומי? הביאו דוגמה מרחבית לכל צד וסיכמו עמדה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עולמקומיות (גלוקליות)?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לבידול מרחבי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העיר המודרנית מראה גם גלובלי וגם מקומי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גלובליזציה, תרבות וחברה – עולמקומיות (גלוקליות)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