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גלובליזציה, תרבות וחברה – עולמקומיות (גלוקליות)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המושגים האחדה תרבותית, עולמקומיות ובידול מרחבי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דוגמאות לתהליכים אלה במרחב ובעיר המודרנית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המתח בין גלובלי למקומי ולהביע עמדה מנומקת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שילוב של תרבות גלובלית עם התאמה מקומית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תהליך שבו תרבויות נעשות דומות זו לזו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רשת המבורגרים שמתאימה את התפריט לכל 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רובעים אתניים ומבני דת של קהילות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רב-כיוונית, מכל העולם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שני התהליכים קורים במקביל - גם האחדה וגם חיזוק ייחוד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בקריאה - התהליך היום רב-כיווני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היא מתאימה את עצמה - למשל בלי בקר בהודו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בקריאה לגבי רובעים אתניים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עולמקומיות היא שילוב, לא ביטול הייחוד המקומי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עולמקומיות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האחדה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אמריקניזציה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בידול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אתני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מושג ודוגמה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(אותם סרטים ומותגים בכל העולם)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(המבורגר כשר בישראל)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(רובע אתני עם מבני דת ייחודיים)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(השם הישן של התהליך לפני שהיה רב-כיווני)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(מותגים ומאכלים פופולריים בכיתה)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החשיבה על דילמת השכונה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שכונה ותיקה עם אופי מיוחד קיימת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נפתחים בה סניפים של רשתות גדולות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מחירי הדיור בשכונה 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חלק מהתושבים הוותיקים עוזבים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נוצר ויכוח האם השינוי ברכה או אובדן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טובה: האחדה - תרבויות נעשות דומות (למשל אותם סרטים); עולמקומיות - שילוב בין גלובלי למקומי (למשל מאכל מותאם)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כוללת טיעון לכל צד עם דוגמה מרחבית (שפה, לבוש, מזון, רובע) ועמדה אישית מנומקת בסיום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שילוב בין תרבות גלובלית להתאמה מקומית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רובע אתני, מרכז קניות ייעודי או מבנה דת של 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דרך שכונות ייחודיות לצד מותגים ותרבות עולמית באותה עיר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בדוגמה מוכרת לתלמידים - רשת מזון שמתאימה תפריט למדינות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בדיון על הדילמה כדאי לעודד תלמידים לנמק כל עמדה בדוגמה מהסביבה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השאלון הכיתתי אפשר לבצע כעבודה קבוצתית לפני השיעור הבא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גלובליזציה, תרבות וחברה – עולמקומיות (גלוקליות)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הגלובליזציה יוצרת תופעות מנוגדות: מצד אחד תרבות אחידה המשותפת לכל העולם, ומצד שני חיזוק של ייחוד מקומי. בדף זה נתרגל את המושגים המרכזיים שמסבירים את המתח הזה.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עולמקומיות (גלוקליות)?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ביטול כל התרבויות המקומיות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שילוב של תרבות גלובלית עם התאמה מקומית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מדינה ללא גבולות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כדור הארץ בלי אוקיינוסים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האחדה תרבותית?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תהליך שבו תרבויות נעשות דומות זו לזו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תהליך שבו מדינות נפרדות זו מזו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שמירה על מסורת מקומית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ביטול כל הגבולות בעולם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דוגמה קלאסית לגלוקליות בקריאה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רשת המבורגרים שמתאימה את התפריט לכל 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סרט שמוקרן באותה צורה בכל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 שמושר רק בשפה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מטבע אחיד לכל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בידול מרחבי בעיר מתבטא למשל ב: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מחיקת כל השכונות הייחודיות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רובעים אתניים ומבני דת של קהילות שונות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העברת כל התושבים לשכונה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סגירת כל מרכזי הקניות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התופעה שכונתה בעבר אמריקניזציה היום נחשבת: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מארצות הברית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רב-כיוונית, מכל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קיימת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קשורה רק לישראל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הגלובליזציה גורמת רק להאחדה תרבותית, ללא חיזוק של ייחוד מקומי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קיי-פופ מקוריאה ואנימה מיפן הם דוגמאות להפצת תרבות מכיוונים שונים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רשת המבורגרים המוזכרת מגישה בכל מדינה בדיוק את אותו תפריט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בידול מרחבי יכול להתבטא במבני דת ייחודיים לקהילות שונות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עולמקומיות פירושה שהעולם כולו הופך לכפר אחד זהה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המושג __________ מתאר שילוב בין תרבות גלובלית להתאמה מקומית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תהליך שבו תרבויות שונות נעשות דומות זו לזו נקרא __________ תרבותית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השם הישן לתהליך התפשטות תרבות אמריקאית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הפרדה במרחב לפי קבוצות תרבותיות נקראת __________ מרחבי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שכונה שבה מתגוררת קבוצה בעלת תרבות משותפת נקראת רובע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מושג ודוגמה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האחדה תרבותית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המבורגר כשר בישראל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עולמקומיות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השם הישן של התהליך לפני שהיה רב-כיווני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בידול מרחבי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מותגים ומאכלים פופולריים בכיתה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אמריקניזציה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אותם סרטים ומותגים בכל העולם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תרבות צריכה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רובע אתני עם מבני דת ייחודיים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החשיבה על דילמת השכונה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מחירי הדיור בשכונה עולים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מהתושבים הוותיקים עוזבים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שכונה ותיקה עם אופי מיוחד קיימת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נוצר ויכוח האם השינוי ברכה או אובדן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נפתחים בה סניפים של רשתות גדולות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במשפט משלכם את ההבדל בין האחדה תרבותית לעולמקומיות, והביאו דוגמה אחת לכל מושג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שני טיעונים מנוגדים: האם הגלובליזציה מובילה להאחדה מוחלטת או דווקא מחזקת ייחוד מקומי? הביאו דוגמה מרחבית לכל צד וסיכמו עמדה אישית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עולמקומיות (גלוקליות)?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לבידול מרחבי בעיר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העיר המודרנית מראה גם גלובלי וגם מקומי יחד?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גלובליזציה, תרבות וחברה – עולמקומיות (גלוקליות)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